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jc w:val="center"/>
        <w:rPr/>
      </w:pPr>
      <w:r>
        <w:rPr>
          <w:b/>
          <w:sz w:val="36"/>
        </w:rPr>
        <w:t xml:space="preserve">STODOLAFEST č. 6 – </w:t>
      </w:r>
      <w:r>
        <w:rPr>
          <w:b/>
          <w:sz w:val="36"/>
        </w:rPr>
        <w:t>PROGRAM</w:t>
      </w:r>
    </w:p>
    <w:p>
      <w:pPr>
        <w:pStyle w:val="Normal"/>
        <w:spacing w:before="0" w:after="240"/>
        <w:jc w:val="center"/>
        <w:rPr/>
      </w:pPr>
      <w:r>
        <w:rPr>
          <w:i/>
          <w:sz w:val="22"/>
        </w:rPr>
        <w:t xml:space="preserve">12. září, Stodola Drozdov, </w:t>
      </w:r>
      <w:r>
        <w:rPr>
          <w:i/>
          <w:sz w:val="22"/>
        </w:rPr>
        <w:t>start 13:30, konec oficiální 22:00 (ve Stodole uvnitř DJ a afterparty)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TyHle</w:t>
      </w:r>
      <w:r>
        <w:rPr>
          <w:sz w:val="22"/>
        </w:rPr>
        <w:t xml:space="preserve"> — Fyzické divadlo — </w:t>
      </w:r>
      <w:r>
        <w:rPr>
          <w:sz w:val="22"/>
        </w:rPr>
        <w:t xml:space="preserve">Francouzský performer </w:t>
      </w:r>
      <w:r>
        <w:rPr>
          <w:b/>
          <w:bCs/>
          <w:sz w:val="22"/>
        </w:rPr>
        <w:t xml:space="preserve">Florent Gaulfier </w:t>
      </w:r>
      <w:r>
        <w:rPr>
          <w:sz w:val="22"/>
        </w:rPr>
        <w:t>– klaun z popelnice, dílna o kapitalismu a noční Stand-Up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ŠubliBang — Panoptikum městečka Bang</w:t>
      </w:r>
      <w:r>
        <w:rPr>
          <w:sz w:val="22"/>
        </w:rPr>
        <w:t xml:space="preserve"> — Mládežnický divadelní soubor v divadelní komedii o tom, </w:t>
      </w:r>
      <w:r>
        <w:rPr>
          <w:sz w:val="22"/>
        </w:rPr>
        <w:t>proč vlastně shořel Cirkus, který do městečka přijel a co se stalo pak</w:t>
      </w:r>
    </w:p>
    <w:p>
      <w:pPr>
        <w:pStyle w:val="Normal"/>
        <w:spacing w:before="0" w:after="160"/>
        <w:ind w:left="288"/>
        <w:rPr/>
      </w:pPr>
      <w:r>
        <w:rPr>
          <w:b/>
          <w:bCs/>
          <w:sz w:val="22"/>
        </w:rPr>
        <w:t xml:space="preserve">Ochotnický spolek Mošna Drozdov: </w:t>
      </w:r>
      <w:r>
        <w:rPr>
          <w:sz w:val="22"/>
        </w:rPr>
        <w:t>dílna veselých hereckým improvizací pod vedením Jakuby Štiky a Jolany Košťálové a ostatních členů spolku – pro děti I dospělé</w:t>
      </w:r>
    </w:p>
    <w:p>
      <w:pPr>
        <w:pStyle w:val="Normal"/>
        <w:spacing w:before="0" w:after="160"/>
        <w:ind w:left="288"/>
        <w:rPr/>
      </w:pPr>
      <w:r>
        <w:rPr>
          <w:sz w:val="22"/>
        </w:rPr>
        <w:t>Z</w:t>
      </w:r>
      <w:r>
        <w:rPr>
          <w:sz w:val="22"/>
        </w:rPr>
        <w:t xml:space="preserve">pívající začínající: 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Yambi Mwesigwa</w:t>
      </w:r>
      <w:r>
        <w:rPr>
          <w:sz w:val="22"/>
        </w:rPr>
        <w:t xml:space="preserve"> </w:t>
      </w:r>
      <w:r>
        <w:rPr>
          <w:sz w:val="22"/>
        </w:rPr>
        <w:t>s dcerou za piánem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Jana Stanulová</w:t>
      </w:r>
      <w:r>
        <w:rPr>
          <w:sz w:val="22"/>
        </w:rPr>
        <w:t xml:space="preserve">  </w:t>
      </w:r>
      <w:r>
        <w:rPr>
          <w:sz w:val="22"/>
        </w:rPr>
        <w:t>jemná začínající z</w:t>
      </w:r>
      <w:r>
        <w:rPr>
          <w:sz w:val="22"/>
        </w:rPr>
        <w:t xml:space="preserve">pěvačka </w:t>
      </w:r>
      <w:r>
        <w:rPr>
          <w:sz w:val="22"/>
        </w:rPr>
        <w:t>s hlasem jako Billie Eilish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Dominik Krásl</w:t>
      </w:r>
      <w:r>
        <w:rPr>
          <w:sz w:val="22"/>
        </w:rPr>
        <w:t xml:space="preserve"> — Z</w:t>
      </w:r>
      <w:r>
        <w:rPr>
          <w:sz w:val="22"/>
        </w:rPr>
        <w:t xml:space="preserve">azpívá dětem I rodičům, </w:t>
      </w:r>
      <w:r>
        <w:rPr>
          <w:sz w:val="22"/>
        </w:rPr>
        <w:t>jeho první koncertní zkušenost, jeho první chvíle pod reflektorem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Klec</w:t>
      </w:r>
      <w:r>
        <w:rPr>
          <w:sz w:val="22"/>
        </w:rPr>
        <w:t xml:space="preserve"> — Kapela — klecmerová divočina ve středních letech, která hraje jako kdyby měli ještě dvacet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Krvik Tótr</w:t>
      </w:r>
      <w:r>
        <w:rPr>
          <w:sz w:val="22"/>
        </w:rPr>
        <w:t xml:space="preserve"> — Kabaret — humor bez s</w:t>
      </w:r>
      <w:r>
        <w:rPr>
          <w:sz w:val="22"/>
        </w:rPr>
        <w:t>kurpulý,</w:t>
      </w:r>
      <w:r>
        <w:rPr>
          <w:sz w:val="22"/>
        </w:rPr>
        <w:t xml:space="preserve"> který vá</w:t>
      </w:r>
      <w:r>
        <w:rPr>
          <w:sz w:val="22"/>
        </w:rPr>
        <w:t>s</w:t>
      </w:r>
      <w:r>
        <w:rPr>
          <w:sz w:val="22"/>
        </w:rPr>
        <w:t xml:space="preserve"> bude otravovat i líbit se zároveň.</w:t>
      </w:r>
    </w:p>
    <w:p>
      <w:pPr>
        <w:pStyle w:val="Normal"/>
        <w:spacing w:before="0" w:after="160"/>
        <w:ind w:left="288"/>
        <w:rPr/>
      </w:pPr>
      <w:r>
        <w:rPr>
          <w:sz w:val="22"/>
        </w:rPr>
        <w:t xml:space="preserve"> </w:t>
      </w:r>
      <w:r>
        <w:rPr>
          <w:sz w:val="22"/>
        </w:rPr>
        <w:t>(Absolventi DAMU - KALD)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Stůl nad zlato s Jakubem Folvarčným a Karolínou Růžičkovou</w:t>
      </w:r>
      <w:r>
        <w:rPr>
          <w:sz w:val="22"/>
        </w:rPr>
        <w:t xml:space="preserve"> — Divadelní představení — romance, humor a </w:t>
      </w:r>
      <w:r>
        <w:rPr>
          <w:sz w:val="22"/>
        </w:rPr>
        <w:t>nezvyklá variace známého příběhu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Fireshow</w:t>
      </w:r>
      <w:r>
        <w:rPr>
          <w:sz w:val="22"/>
        </w:rPr>
        <w:t xml:space="preserve"> — Ohniště — párkrát si připomenete, že oheň je krásný a nebezpečný.</w:t>
      </w:r>
    </w:p>
    <w:p>
      <w:pPr>
        <w:pStyle w:val="Normal"/>
        <w:spacing w:before="0" w:after="160"/>
        <w:ind w:left="288"/>
        <w:rPr/>
      </w:pPr>
      <w:r>
        <w:rPr>
          <w:b/>
          <w:bCs/>
          <w:sz w:val="22"/>
        </w:rPr>
        <w:t>Výtvarné dílny</w:t>
      </w:r>
      <w:r>
        <w:rPr>
          <w:sz w:val="22"/>
        </w:rPr>
        <w:t xml:space="preserve"> – Lucie Belanská a Vladislav Plocek z Felbiánka</w:t>
      </w:r>
    </w:p>
    <w:p>
      <w:pPr>
        <w:pStyle w:val="Normal"/>
        <w:spacing w:before="0" w:after="160"/>
        <w:ind w:left="288"/>
        <w:rPr/>
      </w:pPr>
      <w:r>
        <w:rPr>
          <w:b/>
          <w:sz w:val="22"/>
        </w:rPr>
        <w:t>Stand-up, burleska, DJ</w:t>
      </w:r>
      <w:r>
        <w:rPr>
          <w:sz w:val="22"/>
        </w:rPr>
        <w:t xml:space="preserve"> — Noční program — pokud chcete zůstat, tady to teprve začíná, </w:t>
      </w:r>
      <w:r>
        <w:rPr>
          <w:sz w:val="22"/>
        </w:rPr>
        <w:t>od 22:00 POUZE PRO DOSPĚLÉ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>
          <w:i/>
          <w:sz w:val="18"/>
        </w:rPr>
        <w:t>www.stodoladrozdov.cz  •  stodoladrozdov@gmail.com  •  606 810 081</w:t>
      </w:r>
    </w:p>
    <w:sectPr>
      <w:type w:val="nextPage"/>
      <w:pgSz w:w="12240" w:h="15840"/>
      <w:pgMar w:left="1152" w:right="1152" w:gutter="0" w:header="0" w:top="1152" w:footer="0" w:bottom="115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LibreOffice/24.2.3.2$Windows_X86_64 LibreOffice_project/433d9c2ded56988e8a90e6b2e771ee4e6a5ab2ba</Application>
  <AppVersion>15.0000</AppVersion>
  <Pages>1</Pages>
  <Words>210</Words>
  <Characters>1237</Characters>
  <CharactersWithSpaces>1456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2026-08-28T16:52:42Z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